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t>Liverpool Lions Junior Rugby Club</w:t>
      </w:r>
    </w:p>
    <w:p>
      <w:pPr>
        <w:jc w:val="center"/>
      </w:pPr>
      <w:r>
        <w:rPr>
          <w:sz w:val="28"/>
        </w:rPr>
        <w:t>Terms and Conditions</w:t>
      </w:r>
    </w:p>
    <w:p>
      <w:r>
        <w:t>Effective Date: [Insert Date]</w:t>
      </w:r>
    </w:p>
    <w:p>
      <w:r>
        <w:t>Location: [Insert Full Club Address]</w:t>
      </w:r>
    </w:p>
    <w:p>
      <w:r>
        <w:t>Website (if any): [Insert Website]</w:t>
      </w:r>
    </w:p>
    <w:p>
      <w:pPr>
        <w:pStyle w:val="Heading2"/>
      </w:pPr>
      <w:r>
        <w:t>1. Introduction</w:t>
      </w:r>
    </w:p>
    <w:p>
      <w:r>
        <w:t>These Terms and Conditions form the agreement between Liverpool Lions Junior Rugby Club ("The Club") and the Parent/Guardian of a registered player ("Player"). By registering a child with The Club, you confirm agreement to the terms outlined below.</w:t>
      </w:r>
    </w:p>
    <w:p>
      <w:pPr>
        <w:pStyle w:val="Heading2"/>
      </w:pPr>
      <w:r>
        <w:t>2. Registration and Fees</w:t>
      </w:r>
    </w:p>
    <w:p>
      <w:r>
        <w:t>- All players must be officially registered with The Club and the Rugby Football Union (RFU) each season.</w:t>
      </w:r>
    </w:p>
    <w:p>
      <w:r>
        <w:t>- Annual membership fees must be paid in full, or via an agreed payment plan, by the deadline set by the committee.</w:t>
      </w:r>
    </w:p>
    <w:p>
      <w:r>
        <w:t xml:space="preserve">- Fees cover: </w:t>
      </w:r>
    </w:p>
    <w:p>
      <w:r>
        <w:t xml:space="preserve">  ✓ Training sessions</w:t>
      </w:r>
    </w:p>
    <w:p>
      <w:r>
        <w:t xml:space="preserve">  ✓ Coaching</w:t>
      </w:r>
    </w:p>
    <w:p>
      <w:r>
        <w:t xml:space="preserve">  ✓ Equipment use</w:t>
      </w:r>
    </w:p>
    <w:p>
      <w:r>
        <w:t xml:space="preserve">  ✓ Insurance</w:t>
      </w:r>
    </w:p>
    <w:p>
      <w:r>
        <w:t xml:space="preserve">  ✓ RFU player affiliation</w:t>
      </w:r>
    </w:p>
    <w:p>
      <w:r>
        <w:t>- Late or non-payment may result in suspension from training and matches until resolved.</w:t>
      </w:r>
    </w:p>
    <w:p>
      <w:pPr>
        <w:pStyle w:val="Heading2"/>
      </w:pPr>
      <w:r>
        <w:t>3. Parental Consent and Medical Information</w:t>
      </w:r>
    </w:p>
    <w:p>
      <w:r>
        <w:t>- A completed medical and emergency contact form must be submitted before the Player can take part in any sessions.</w:t>
      </w:r>
    </w:p>
    <w:p>
      <w:r>
        <w:t>- Parents/Guardians give consent for:</w:t>
      </w:r>
    </w:p>
    <w:p>
      <w:r>
        <w:t xml:space="preserve">  - Basic first aid to be administered if necessary.</w:t>
      </w:r>
    </w:p>
    <w:p>
      <w:r>
        <w:t xml:space="preserve">  - Emergency services to be contacted in case of serious injury.</w:t>
      </w:r>
    </w:p>
    <w:p>
      <w:r>
        <w:t>- It is the responsibility of the Parent/Guardian to update medical or contact information promptly.</w:t>
      </w:r>
    </w:p>
    <w:p>
      <w:pPr>
        <w:pStyle w:val="Heading2"/>
      </w:pPr>
      <w:r>
        <w:t>4. Code of Conduct</w:t>
      </w:r>
    </w:p>
    <w:p>
      <w:r>
        <w:t>All members must uphold the Club’s values: Respect, Teamwork, Enjoyment, Discipline, and Sportsmanship.</w:t>
      </w:r>
    </w:p>
    <w:p/>
    <w:p>
      <w:r>
        <w:t>Players must:</w:t>
      </w:r>
    </w:p>
    <w:p>
      <w:r>
        <w:t>- Show respect to coaches, referees, teammates, and opposition.</w:t>
      </w:r>
    </w:p>
    <w:p>
      <w:r>
        <w:t>- Follow instructions and play safely.</w:t>
      </w:r>
    </w:p>
    <w:p>
      <w:r>
        <w:t>- Attend training/matches consistently.</w:t>
      </w:r>
    </w:p>
    <w:p/>
    <w:p>
      <w:r>
        <w:t>Parents/Guardians must:</w:t>
      </w:r>
    </w:p>
    <w:p>
      <w:r>
        <w:t>- Support their child positively.</w:t>
      </w:r>
    </w:p>
    <w:p>
      <w:r>
        <w:t>- Refrain from abusive language or confrontations.</w:t>
      </w:r>
    </w:p>
    <w:p>
      <w:r>
        <w:t>- Respect the decisions of coaches and referees.</w:t>
      </w:r>
    </w:p>
    <w:p>
      <w:pPr>
        <w:pStyle w:val="Heading2"/>
      </w:pPr>
      <w:r>
        <w:t>5. Safeguarding and Welfare</w:t>
      </w:r>
    </w:p>
    <w:p>
      <w:r>
        <w:t>- The Club adheres to the RFU Safeguarding Policy and UK Child Protection Laws.</w:t>
      </w:r>
    </w:p>
    <w:p>
      <w:r>
        <w:t>- All coaches and volunteers working with children are DBS-checked and receive safeguarding training.</w:t>
      </w:r>
    </w:p>
    <w:p>
      <w:r>
        <w:t>- Any concerns should be reported to the Club Welfare Officer immediately.</w:t>
      </w:r>
    </w:p>
    <w:p/>
    <w:p>
      <w:r>
        <w:t>Welfare Officer Contact: [Insert Name &amp; Contact Info]</w:t>
      </w:r>
    </w:p>
    <w:p>
      <w:pPr>
        <w:pStyle w:val="Heading2"/>
      </w:pPr>
      <w:r>
        <w:t>6. Photography and Media Consent</w:t>
      </w:r>
    </w:p>
    <w:p>
      <w:r>
        <w:t>- Photos and videos may be taken during training or matches for the club’s website, social media, and promotional material.</w:t>
      </w:r>
    </w:p>
    <w:p>
      <w:r>
        <w:t>- Parents may opt out by submitting a written request to the club.</w:t>
      </w:r>
    </w:p>
    <w:p>
      <w:r>
        <w:t>- Unauthorised photography of minors is strictly prohibited.</w:t>
      </w:r>
    </w:p>
    <w:p>
      <w:pPr>
        <w:pStyle w:val="Heading2"/>
      </w:pPr>
      <w:r>
        <w:t>7. Attendance and Participation</w:t>
      </w:r>
    </w:p>
    <w:p>
      <w:r>
        <w:t>- Players are expected to:</w:t>
      </w:r>
    </w:p>
    <w:p>
      <w:r>
        <w:t xml:space="preserve">  - Attend training and matches regularly.</w:t>
      </w:r>
    </w:p>
    <w:p>
      <w:r>
        <w:t xml:space="preserve">  - Arrive on time with correct kit and water.</w:t>
      </w:r>
    </w:p>
    <w:p>
      <w:r>
        <w:t>- Consistent attendance supports skill development and fair team selection.</w:t>
      </w:r>
    </w:p>
    <w:p>
      <w:r>
        <w:t>- Notify the coach in advance if a player cannot attend.</w:t>
      </w:r>
    </w:p>
    <w:p>
      <w:pPr>
        <w:pStyle w:val="Heading2"/>
      </w:pPr>
      <w:r>
        <w:t>8. Insurance and Liability</w:t>
      </w:r>
    </w:p>
    <w:p>
      <w:r>
        <w:t>- The Club provides basic player insurance and public liability cover.</w:t>
      </w:r>
    </w:p>
    <w:p>
      <w:r>
        <w:t>- Parents are responsible for ensuring their child’s additional health or personal insurance if desired.</w:t>
      </w:r>
    </w:p>
    <w:p>
      <w:r>
        <w:t>- The Club is not responsible for loss or damage to personal belongings.</w:t>
      </w:r>
    </w:p>
    <w:p>
      <w:pPr>
        <w:pStyle w:val="Heading2"/>
      </w:pPr>
      <w:r>
        <w:t>9. Cancellation and Refunds</w:t>
      </w:r>
    </w:p>
    <w:p>
      <w:r>
        <w:t>- Refunds are not issued for sessions cancelled due to weather or other circumstances beyond the Club’s control.</w:t>
      </w:r>
    </w:p>
    <w:p>
      <w:r>
        <w:t>- Partial refunds may be considered for long-term injury, relocation, or other extenuating circumstances — at the committee’s discretion.</w:t>
      </w:r>
    </w:p>
    <w:p>
      <w:pPr>
        <w:pStyle w:val="Heading2"/>
      </w:pPr>
      <w:r>
        <w:t>10. Disciplinary Procedure</w:t>
      </w:r>
    </w:p>
    <w:p>
      <w:r>
        <w:t>Misconduct may result in the following steps:</w:t>
      </w:r>
    </w:p>
    <w:p>
      <w:r>
        <w:t>1. Verbal warning</w:t>
      </w:r>
    </w:p>
    <w:p>
      <w:r>
        <w:t>2. Written warning</w:t>
      </w:r>
    </w:p>
    <w:p>
      <w:r>
        <w:t>3. Temporary suspension</w:t>
      </w:r>
    </w:p>
    <w:p>
      <w:r>
        <w:t>4. Permanent exclusion (in extreme cases)</w:t>
      </w:r>
    </w:p>
    <w:p/>
    <w:p>
      <w:r>
        <w:t>The Club reserves the right to take appropriate disciplinary action to ensure the safety and welfare of all members.</w:t>
      </w:r>
    </w:p>
    <w:p>
      <w:pPr>
        <w:pStyle w:val="Heading2"/>
      </w:pPr>
      <w:r>
        <w:t>11. Data Protection (GDPR)</w:t>
      </w:r>
    </w:p>
    <w:p>
      <w:r>
        <w:t>- The Club collects and stores personal data in accordance with the UK General Data Protection Regulation (GDPR).</w:t>
      </w:r>
    </w:p>
    <w:p>
      <w:r>
        <w:t>- Data is used only for Club operations, safeguarding, and essential communication.</w:t>
      </w:r>
    </w:p>
    <w:p>
      <w:r>
        <w:t>- You may request access or deletion of your personal data at any time.</w:t>
      </w:r>
    </w:p>
    <w:p>
      <w:pPr>
        <w:pStyle w:val="Heading2"/>
      </w:pPr>
      <w:r>
        <w:t>12. Amendments</w:t>
      </w:r>
    </w:p>
    <w:p>
      <w:r>
        <w:t>The Club may amend these Terms and Conditions annually. Members will be notified of changes via email, club meetings, or official notices.</w:t>
      </w:r>
    </w:p>
    <w:p>
      <w:pPr>
        <w:pStyle w:val="Heading2"/>
      </w:pPr>
      <w:r>
        <w:t>Club Contacts</w:t>
      </w:r>
    </w:p>
    <w:p>
      <w:r>
        <w:t>- Club Secretary: [Insert Name, Email]</w:t>
      </w:r>
    </w:p>
    <w:p>
      <w:r>
        <w:t>- Head Coach: [Insert Name]</w:t>
      </w:r>
    </w:p>
    <w:p>
      <w:r>
        <w:t>- Welfare Officer: [Insert Name, Email]</w:t>
      </w:r>
    </w:p>
    <w:p>
      <w:r>
        <w:t>- General Enquiries: [Insert Club Email]</w:t>
      </w:r>
    </w:p>
    <w:p>
      <w:pPr>
        <w:pStyle w:val="Heading2"/>
      </w:pPr>
      <w:r>
        <w:t>Consent Confirmation</w:t>
      </w:r>
    </w:p>
    <w:p>
      <w:r>
        <w:t>By registering a child with Liverpool Lions Junior Rugby Club, the Parent/Guardian confirms they have read, understood, and accepted these Terms and Conditions.</w:t>
      </w:r>
    </w:p>
    <w:p/>
    <w:p>
      <w:r>
        <w:t>Parent/Guardian Signature: __________________________</w:t>
      </w:r>
    </w:p>
    <w:p>
      <w:r>
        <w:t>Date: __________________________</w:t>
      </w:r>
    </w:p>
    <w:p>
      <w:r>
        <w:t>Player’s Full Name: __________________________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