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Liverpool Lions Junior Rugby Club</w:t>
      </w:r>
    </w:p>
    <w:p>
      <w:pPr>
        <w:pStyle w:val="Heading2"/>
      </w:pPr>
      <w:r>
        <w:t>Player Registration Form</w:t>
      </w:r>
    </w:p>
    <w:p>
      <w:r>
        <w:t>Please complete this form in BLOCK CAPITALS. One form per child.</w:t>
      </w:r>
    </w:p>
    <w:p>
      <w:r>
        <w:t>Player's Full Name: ________________________________________________</w:t>
      </w:r>
    </w:p>
    <w:p>
      <w:r>
        <w:t>Date of Birth (DD/MM/YYYY): _______________________________________</w:t>
      </w:r>
    </w:p>
    <w:p>
      <w:r>
        <w:t>School Name: _____________________________________________________</w:t>
      </w:r>
    </w:p>
    <w:p>
      <w:r>
        <w:t>Home Address: ____________________________________________________</w:t>
      </w:r>
    </w:p>
    <w:p>
      <w:r>
        <w:t>Postcode: ____________________</w:t>
      </w:r>
    </w:p>
    <w:p>
      <w:r>
        <w:t>Parent/Guardian Name(s): _________________________________________</w:t>
      </w:r>
    </w:p>
    <w:p>
      <w:r>
        <w:t>Primary Contact Number: __________________________________________</w:t>
      </w:r>
    </w:p>
    <w:p>
      <w:r>
        <w:t>Alternative Contact Number: _______________________________________</w:t>
      </w:r>
    </w:p>
    <w:p>
      <w:r>
        <w:t>Email Address: _________________________________________________</w:t>
      </w:r>
    </w:p>
    <w:p>
      <w:r>
        <w:t>Emergency Contact Name &amp; Number: ________________________________</w:t>
      </w:r>
    </w:p>
    <w:p>
      <w:r>
        <w:t>Relationship to Player: ___________________________________________</w:t>
      </w:r>
    </w:p>
    <w:p>
      <w:r>
        <w:t>Medical Conditions / Allergies (please specify): ____________________</w:t>
      </w:r>
    </w:p>
    <w:p>
      <w:r>
        <w:t>Doctor's Name &amp; Surgery Contact: _________________________________</w:t>
      </w:r>
    </w:p>
    <w:p>
      <w:r>
        <w:t>Does the player take any medication? Yes / No (If yes, please specify):</w:t>
      </w:r>
    </w:p>
    <w:p>
      <w:r>
        <w:t>Has the player received a tetanus injection in the last 5 years? Yes / No</w:t>
      </w:r>
    </w:p>
    <w:p>
      <w:r>
        <w:t>Permission for first aid to be administered if required: Yes / No</w:t>
      </w:r>
    </w:p>
    <w:p>
      <w:r>
        <w:t>Permission for player to be photographed/videoed for club use: Yes / No</w:t>
      </w:r>
    </w:p>
    <w:p>
      <w:r>
        <w:t>Player's Previous Rugby Club (if any): _______________________________</w:t>
      </w:r>
    </w:p>
    <w:p>
      <w:r>
        <w:t>RFU ID Number (if known): _________________________________________</w:t>
      </w:r>
    </w:p>
    <w:p>
      <w:r>
        <w:t>Preferred Playing Position (optional): _______________________________</w:t>
      </w:r>
    </w:p>
    <w:p>
      <w:r>
        <w:t>Signature of Parent/Guardian: ______________________________________</w:t>
      </w:r>
    </w:p>
    <w:p>
      <w:r>
        <w:t>Date: ___________________________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