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Liverpool Lions RLFC – Club Policies Handbook</w:t>
      </w:r>
    </w:p>
    <w:p>
      <w:r>
        <w:t>Compiled Date: 03 February 2026</w:t>
      </w:r>
    </w:p>
    <w:p>
      <w:r>
        <w:br w:type="page"/>
      </w:r>
    </w:p>
    <w:p/>
    <w:p>
      <w:r>
        <w:t>LIVERPOOL LIONS RFL Club Code of Conduct</w:t>
      </w:r>
    </w:p>
    <w:p/>
    <w:p>
      <w:r>
        <w:t>LIVERPOOL LIONS RFL is fully committed to safeguarding and promoting the well-being of all its members. The club believes that it is important that all persons associated with the club should, always, show respect and understanding for the safety and welfare of others.  This applies to players, coaches, parent/guardians and all those involved in the administration of the club. Therefore, all persons associated with the club, visitors and or members of the public are encouraged to share any concerns or complaints in line with the Liverpool Lions RLFC Complaints policy and procedure.</w:t>
      </w:r>
    </w:p>
    <w:p>
      <w:r>
        <w:t xml:space="preserve">As a member of Liverpool Lions RLF Club, you are expected to comply with the following minimum expected standards of behaviour – </w:t>
      </w:r>
    </w:p>
    <w:p>
      <w:r>
        <w:t xml:space="preserve">Players – </w:t>
      </w:r>
    </w:p>
    <w:p>
      <w:r>
        <w:t>All players must respect the rights, dignity and worth of all participants regardless of age, gender, ability, race, cultural background, religious beliefs or sexual identity.</w:t>
      </w:r>
    </w:p>
    <w:p>
      <w:r>
        <w:t>All players associated with the club must play within the rules and respect officials and their decisions.</w:t>
      </w:r>
    </w:p>
    <w:p>
      <w:r>
        <w:t>Players should keep to agreed timings for training and competitions or inform their coach or team manager if they are going to be late.</w:t>
      </w:r>
    </w:p>
    <w:p>
      <w:r>
        <w:t>Players must wear suitable kit for training and match sessions, as agreed with the coach/team manager.</w:t>
      </w:r>
    </w:p>
    <w:p/>
    <w:p>
      <w:r>
        <w:t>Club administrators, Coaches/Parents and or guardians-</w:t>
      </w:r>
    </w:p>
    <w:p/>
    <w:p>
      <w:r>
        <w:t>All club administrators, coaches, parents and or guardians must respect the rights, dignity and worth of all participants regardless of age, gender, ability, race, cultural background, religious beliefs or sexual identity.</w:t>
      </w:r>
    </w:p>
    <w:p>
      <w:r>
        <w:t>All club administrators, coaches, parents and or guardians must pay any subs for training and or events registration fees promptly.</w:t>
      </w:r>
    </w:p>
    <w:p>
      <w:r>
        <w:t>All club administrators, coaches, parents and or guardians are not allowed to smoke on club premises or any other premises related to junior sports in line with the RFL and Liverpool City Council ‘Smoke Free Sidelines’ policy.</w:t>
      </w:r>
    </w:p>
    <w:p>
      <w:r>
        <w:t>All club administrators, coaches, parents and or guardians are asked to refrain or only consume alcohol responsibly when at events where it is available for consumption. Only to a level that does not impair your ability to be responsible for you child or your judgement.  Should your ability to do so be called into question, you will be asked to leave and will face a suspension from the club for a defined period.</w:t>
      </w:r>
    </w:p>
    <w:p/>
    <w:p>
      <w:r>
        <w:br w:type="page"/>
      </w:r>
    </w:p>
    <w:p/>
    <w:p/>
    <w:p/>
    <w:p/>
    <w:p/>
    <w:p/>
    <w:p/>
    <w:p/>
    <w:p/>
    <w:p/>
    <w:p/>
    <w:p/>
    <w:p/>
    <w:p/>
    <w:p/>
    <w:p/>
    <w:p/>
    <w:p/>
    <w:p/>
    <w:p/>
    <w:p/>
    <w:p/>
    <w:p/>
    <w:p/>
    <w:p/>
    <w:p/>
    <w:p/>
    <w:p/>
    <w:p/>
    <w:p/>
    <w:p/>
    <w:p>
      <w:r>
        <w:t>The aim of this policy is to summarise the steps to be taken should a player, coach, club administrator and or visitor should breach the expected standard behaviour of Liverpool Lions Rugby League Football Club.</w:t>
      </w:r>
    </w:p>
    <w:p/>
    <w:p/>
    <w:p/>
    <w:p>
      <w:r>
        <w:t>All players, coaches, club administrators and or visitors should adhere to the Liverpool Lions Rugby League Football Clubs, expected standards of behaviour outlined in the Liverpool Lions Rugby League Club Code of Conduct.</w:t>
      </w:r>
    </w:p>
    <w:p>
      <w:r>
        <w:t>This policy applies to players of all ages, coaches of all age groups and coaching level.  Club administrators including those who provide volunteer help on match days – e.g. game day manager, first aid and hospitality services.</w:t>
      </w:r>
    </w:p>
    <w:p>
      <w:r>
        <w:t>We reserve the right to uphold our expected standards of behaviour with all visitors to the club.</w:t>
      </w:r>
    </w:p>
    <w:p/>
    <w:p/>
    <w:p/>
    <w:p>
      <w:r>
        <w:t>3.1 Expected Behavioural Standards</w:t>
      </w:r>
    </w:p>
    <w:p>
      <w:r>
        <w:t>All players, coaches, club administrators and or visitors should adhere to the Liverpool Lions Rugby League Football Clubs, expected standards of behaviour outlined in the Liverpool Lions Rugby League Club Code of Conduct.</w:t>
      </w:r>
    </w:p>
    <w:p>
      <w:r>
        <w:t>The club believes that it is important that all persons associated with the club should, always, show respect and understanding for the safety and welfare of others.</w:t>
      </w:r>
    </w:p>
    <w:p>
      <w:r>
        <w:t>All players, coaches, club administrators and or visitors must respect the rights, dignity and worth of all participants regardless of age, gender, ability, race, cultural background, religious beliefs or sexual identity.</w:t>
      </w:r>
    </w:p>
    <w:p>
      <w:r>
        <w:t>All players, coaches, club administrators and or visitors associated with the club must play within the rules and respect officials and their decisions</w:t>
      </w:r>
    </w:p>
    <w:p/>
    <w:p/>
    <w:p>
      <w:r>
        <w:t>3.2 1st Breach of policy</w:t>
      </w:r>
    </w:p>
    <w:p>
      <w:r>
        <w:t>If the club (voting committee members) adjudicates that a player, coach, club administrator and or visitor is in breach of the Liverpool Lions Rugby League Football Club Code of Conduct. On the first occasion, the club will issue a verbal warning (Appendix 1) to the person or persons, and this will be noted on club record.</w:t>
      </w:r>
    </w:p>
    <w:p>
      <w:r>
        <w:t>If the breach is adjudged to be too serious to be staged, the club (voting committee members) will proceed to 3.5 exclusion from the club.</w:t>
      </w:r>
    </w:p>
    <w:p>
      <w:r>
        <w:t>3.3 2nd Breach of Policy</w:t>
      </w:r>
    </w:p>
    <w:p>
      <w:r>
        <w:t>If the club (voting committee members) adjudicates that a player, coach, club administrator and or visitor is in breach of the Liverpool Lions Rugby League Football Club Code of Conduct. On the second occasion, the club will issue a written warning (Appendix 2) to the person or persons, and this will be held on club record.</w:t>
      </w:r>
    </w:p>
    <w:p>
      <w:r>
        <w:t>If the breach is adjudged to be too serious to be staged, the club (voting committee members) will proceed to 3.5 exclusion from the club.</w:t>
      </w:r>
    </w:p>
    <w:p>
      <w:r>
        <w:t>3.4 Suspension from the club</w:t>
      </w:r>
    </w:p>
    <w:p>
      <w:r>
        <w:t>If the club (voting committee members) adjudicates that a player, coach, club administrator and or visitor is in breach of the Liverpool Lions Rugby League Football Club Code of Conduct.  On a third occasion and after the issuing of a verbal and then written warning the person or persons will be suspended from the club for a determined period- 12 weeks.  This will be in the form of a suspension letter (Appendix 3).</w:t>
      </w:r>
    </w:p>
    <w:p>
      <w:r>
        <w:t>Should the person or persons breach this suspension the club will proceed to 3.5 exclusion from the club.</w:t>
      </w:r>
    </w:p>
    <w:p>
      <w:r>
        <w:t>3.5 Exclusion from the club</w:t>
      </w:r>
    </w:p>
    <w:p>
      <w:r>
        <w:t>If the club (voting committee members) adjudicates that a player, coach, club administrator and or visitor is in breach of the Liverpool Lions Rugby League Football Club Code of Conduct.  On a fourth occasion and after the issuing of a verbal and written warning, has served their suspension after the third occasion.  The club will proceed with the exclusion of the person or persons from the club.  This will be communicated via exclusion from club letter (Appendix 4).</w:t>
      </w:r>
    </w:p>
    <w:p>
      <w:r>
        <w:t>Should the person or persons breach this exclusion, they will be asked to leave the premises/pitch.  Should they behave in a way that causes people to feel threatened or fear for the players, spectators and coaches’ safety please call the police on 999.  The club has a zero-tolerance policy on bullying and physical violence.</w:t>
      </w:r>
    </w:p>
    <w:p/>
    <w:p/>
    <w:p/>
    <w:p/>
    <w:p/>
    <w:p/>
    <w:p/>
    <w:p/>
    <w:p/>
    <w:p/>
    <w:p/>
    <w:p/>
    <w:p/>
    <w:p/>
    <w:p/>
    <w:p/>
    <w:p/>
    <w:p>
      <w:r>
        <w:t>Verbal Warning Script</w:t>
      </w:r>
    </w:p>
    <w:p>
      <w:r>
        <w:t>‘After reviewing the facts, you have been found to be in breach of the expected standards of behaviour as outlined in the Liverpool Lions Rugby League Football Club Code of Conduct.</w:t>
      </w:r>
    </w:p>
    <w:p>
      <w:r>
        <w:t>Therefore, please be aware this is a formal verbal warning in line with the Liverpool Lions Rugby League Football Clubs Behavioural policy.  It will be noted on club record that this verbal warning has been delivered.  Any further breaches will be dealt with in accordance Liverpool Lions Rugby League Football Clubs Behavioural policy.’</w:t>
      </w:r>
    </w:p>
    <w:p/>
    <w:p/>
    <w:p/>
    <w:p/>
    <w:p/>
    <w:p/>
    <w:p/>
    <w:p/>
    <w:p/>
    <w:p/>
    <w:p/>
    <w:p/>
    <w:p/>
    <w:p/>
    <w:p/>
    <w:p/>
    <w:p/>
    <w:p/>
    <w:p/>
    <w:p/>
    <w:p>
      <w:r>
        <w:t xml:space="preserve"> </w:t>
      </w:r>
    </w:p>
    <w:p/>
    <w:p>
      <w:r>
        <w:t xml:space="preserve">                                                                                                                                           </w:t>
      </w:r>
    </w:p>
    <w:p>
      <w:r>
        <w:t>Date</w:t>
      </w:r>
    </w:p>
    <w:p/>
    <w:p>
      <w:r>
        <w:t>Dear …………….</w:t>
      </w:r>
    </w:p>
    <w:p/>
    <w:p>
      <w:r>
        <w:t>We write to inform you that after reviewing the facts, you have been found to be in breach of the expected standards of behaviour as outlined in the Liverpool Lions Rugby League Football Club Code of Conduct.</w:t>
      </w:r>
    </w:p>
    <w:p/>
    <w:p>
      <w:r>
        <w:t>A verbal warning was given on ………</w:t>
      </w:r>
    </w:p>
    <w:p/>
    <w:p>
      <w:r>
        <w:t xml:space="preserve">Therefore, please be aware that this is now your formal written warning in line with the Liverpool Lions Rugby League Football Clubs Behavioural policy.  It will be noted on club record that this written warning has been delivered.  </w:t>
      </w:r>
    </w:p>
    <w:p/>
    <w:p>
      <w:r>
        <w:t>Any further breaches will be dealt with in accordance Liverpool Lions Rugby League Football Clubs Behavioural policy.</w:t>
      </w:r>
    </w:p>
    <w:p/>
    <w:p>
      <w:r>
        <w:t xml:space="preserve">Yours Sincerely </w:t>
      </w:r>
    </w:p>
    <w:p>
      <w:r>
        <w:t>Helen Privett -Cook</w:t>
      </w:r>
    </w:p>
    <w:p>
      <w:r>
        <w:t>Chairperson Liverpool Lions Rugby League Football Club</w:t>
      </w:r>
    </w:p>
    <w:p>
      <w:r>
        <w:tab/>
      </w:r>
    </w:p>
    <w:p/>
    <w:p/>
    <w:p/>
    <w:p>
      <w:r>
        <w:t xml:space="preserve"> </w:t>
      </w:r>
    </w:p>
    <w:p/>
    <w:p>
      <w:r>
        <w:t xml:space="preserve">                                                                                                                                           </w:t>
      </w:r>
    </w:p>
    <w:p>
      <w:r>
        <w:t>Date</w:t>
      </w:r>
    </w:p>
    <w:p/>
    <w:p>
      <w:r>
        <w:t>Dear …………….</w:t>
      </w:r>
    </w:p>
    <w:p/>
    <w:p>
      <w:r>
        <w:t>We write to inform you that after reviewing the facts, you have been found to be in breach of the expected standards of behaviour as outlined in the Liverpool Lions Rugby League Football Club Code of Conduct.</w:t>
      </w:r>
    </w:p>
    <w:p/>
    <w:p>
      <w:r>
        <w:t>A verbal warning was given on ………, and a further written warning regarding a further breach on ……..</w:t>
      </w:r>
    </w:p>
    <w:p/>
    <w:p>
      <w:r>
        <w:t>In line with the Liverpool Lions Rugby League Football Club Behavioural Policy, we will now suspend you from ALL club activities for a period of 12 weeks. A breach of this suspension period will result in removal from the club.</w:t>
      </w:r>
    </w:p>
    <w:p/>
    <w:p>
      <w:r>
        <w:t>Any further breaches will be dealt with in accordance Liverpool Lions Rugby League Football Clubs Behavioural policy.</w:t>
      </w:r>
    </w:p>
    <w:p/>
    <w:p>
      <w:r>
        <w:t xml:space="preserve">Yours Sincerely </w:t>
      </w:r>
    </w:p>
    <w:p>
      <w:r>
        <w:t>Helen Privett -Cook</w:t>
      </w:r>
    </w:p>
    <w:p>
      <w:r>
        <w:t>Chairperson Liverpool Lions Rugby League Football Club</w:t>
      </w:r>
    </w:p>
    <w:p/>
    <w:p/>
    <w:p/>
    <w:p>
      <w:r>
        <w:t xml:space="preserve"> </w:t>
      </w:r>
    </w:p>
    <w:p/>
    <w:p>
      <w:r>
        <w:t xml:space="preserve">                                                                                                                                           </w:t>
      </w:r>
    </w:p>
    <w:p>
      <w:r>
        <w:t>Date</w:t>
      </w:r>
    </w:p>
    <w:p/>
    <w:p>
      <w:r>
        <w:t>Dear …………….</w:t>
      </w:r>
    </w:p>
    <w:p>
      <w:r>
        <w:t>It is with great sadness that Liverpool Lions Rugby League Football Club has made the decisions to exclude you from the club permanently, including all club activities or activities associated with the club.</w:t>
      </w:r>
    </w:p>
    <w:p>
      <w:r>
        <w:t>Despite a verbal and written warning being delivered and a suspension served, you continue to be in breach of the expected behavioural standards as outlined in the Liverpool Lions Rugby League Football Club Code of Conduct.</w:t>
      </w:r>
    </w:p>
    <w:p>
      <w:r>
        <w:t xml:space="preserve">A breach of this exclusion will not be taken lightly.  </w:t>
      </w:r>
    </w:p>
    <w:p>
      <w:r>
        <w:t xml:space="preserve">Yours Sincerely </w:t>
      </w:r>
    </w:p>
    <w:p>
      <w:r>
        <w:t>Helen Privett -Cook</w:t>
      </w:r>
    </w:p>
    <w:p>
      <w:r>
        <w:t>Chairperson Liverpool Lions Rugby League Football Club</w:t>
      </w:r>
    </w:p>
    <w:p/>
    <w:p>
      <w:r>
        <w:br w:type="page"/>
      </w:r>
    </w:p>
    <w:p/>
    <w:p/>
    <w:p>
      <w:r>
        <w:br/>
      </w:r>
    </w:p>
    <w:p/>
    <w:p/>
    <w:p/>
    <w:p/>
    <w:p/>
    <w:p/>
    <w:p/>
    <w:p/>
    <w:p/>
    <w:p/>
    <w:p/>
    <w:p/>
    <w:p/>
    <w:p/>
    <w:p/>
    <w:p/>
    <w:p/>
    <w:p/>
    <w:p/>
    <w:p/>
    <w:p/>
    <w:p/>
    <w:p/>
    <w:p/>
    <w:p/>
    <w:p/>
    <w:p/>
    <w:p/>
    <w:p/>
    <w:p/>
    <w:p/>
    <w:p/>
    <w:p/>
    <w:p/>
    <w:p/>
    <w:p/>
    <w:p/>
    <w:p/>
    <w:p/>
    <w:p/>
    <w:p/>
    <w:p/>
    <w:p>
      <w:r>
        <w:tab/>
      </w:r>
    </w:p>
    <w:p/>
    <w:p/>
    <w:p/>
    <w:p>
      <w:r>
        <w:tab/>
      </w:r>
    </w:p>
    <w:p/>
    <w:p/>
    <w:p/>
    <w:p/>
    <w:p/>
    <w:p/>
    <w:p/>
    <w:p/>
    <w:p>
      <w:r>
        <w:tab/>
      </w:r>
    </w:p>
    <w:p/>
    <w:p/>
    <w:p/>
    <w:p/>
    <w:p>
      <w:r>
        <w:tab/>
      </w:r>
    </w:p>
    <w:p/>
    <w:p/>
    <w:p/>
    <w:p/>
    <w:p>
      <w:r>
        <w:t>This standard operating procedure is for the purchasing of ANY item by players, coaches and or club administrators including the committee.  To ensure that all spending of club monies, is considered, auditable and of benefit to the club.</w:t>
      </w:r>
    </w:p>
    <w:p>
      <w:r>
        <w:t xml:space="preserve">Its purpose is to ensure that all purchases are managed in the same way, each time and the outcome auditable to ensure financial transparency and equity throughout the club. </w:t>
      </w:r>
    </w:p>
    <w:p>
      <w:r>
        <w:t>Purchases made outside of this standard operating procedure will NOT be reimbursed or recognised as a Liverpool Lions Rugby League Football Club purchase.</w:t>
      </w:r>
    </w:p>
    <w:p/>
    <w:p/>
    <w:p/>
    <w:p>
      <w:r>
        <w:t>3.1 Identification of Purchase</w:t>
      </w:r>
    </w:p>
    <w:p>
      <w:r>
        <w:t>A coach, player, club administrator, committee member or responsible adult identify a potential purchase that would benefit the following –</w:t>
      </w:r>
    </w:p>
    <w:p>
      <w:r>
        <w:t>Individual who requires reasonable adjustments to be made to ensure inclusion.</w:t>
      </w:r>
    </w:p>
    <w:p>
      <w:r>
        <w:t xml:space="preserve">Individual team </w:t>
      </w:r>
    </w:p>
    <w:p>
      <w:r>
        <w:t>All teams</w:t>
      </w:r>
    </w:p>
    <w:p>
      <w:r>
        <w:t>Club.</w:t>
      </w:r>
    </w:p>
    <w:p>
      <w:r>
        <w:t>3.2 Formal written request</w:t>
      </w:r>
    </w:p>
    <w:p>
      <w:r>
        <w:t>A formal written request is made to the committee for consideration.  For audit and transparency purposes, all requests should be submitted on the Purchase Request form (Appendix 3).</w:t>
      </w:r>
    </w:p>
    <w:p>
      <w:r>
        <w:t>3.3 Discussion and request declined</w:t>
      </w:r>
    </w:p>
    <w:p>
      <w:r>
        <w:t>The formal written request is submitted and tabled to be discussed at the monthly committee meeting by the club secretary.</w:t>
      </w:r>
    </w:p>
    <w:p>
      <w:r>
        <w:t>The committee will balance the pros and cons of the purchase and if it fits the criteria as outlined in 3.1.</w:t>
      </w:r>
    </w:p>
    <w:p>
      <w:r>
        <w:t xml:space="preserve">If after reviewing the committee feel that the purchase does not fit the above criteria, the request will be declined.  </w:t>
      </w:r>
    </w:p>
    <w:p>
      <w:r>
        <w:t>You have the right to appeal this decision within 14 days, providing further evidence to support the purchase.</w:t>
      </w:r>
    </w:p>
    <w:p>
      <w:r>
        <w:t>The formal written request is submitted and tabled to be discussed at the monthly committee meeting by the club secretary.</w:t>
      </w:r>
    </w:p>
    <w:p>
      <w:r>
        <w:t>The committee will balance the pros and cons of the purchase and if it fits the criteria as outlined in 3.1.</w:t>
      </w:r>
    </w:p>
    <w:p>
      <w:r>
        <w:t xml:space="preserve">If after reviewing the committee feel that the purchase does not fit the above criteria, the request will be declined and will not be considered further. </w:t>
      </w:r>
    </w:p>
    <w:p>
      <w:r>
        <w:t>3.4 Discussion and request Accepted</w:t>
      </w:r>
    </w:p>
    <w:p>
      <w:r>
        <w:t>The formal written request is submitted and tabled to be discussed at the monthly committee meeting by the club secretary.</w:t>
      </w:r>
    </w:p>
    <w:p>
      <w:r>
        <w:t>The committee will balance the pros and cons of the purchase and if it fits the criteria as outlined in 3.1.</w:t>
      </w:r>
    </w:p>
    <w:p>
      <w:r>
        <w:t>If after reviewing the committee feel that the purchase does fit the criteria as outlined in 3.1.  The approval will be minute in the monthly committee meeting minutes.  And a purchase order raised by the treasurer.</w:t>
      </w:r>
    </w:p>
    <w:p>
      <w:r>
        <w:t>3.5 Purchase and Payment</w:t>
      </w:r>
    </w:p>
    <w:p>
      <w:r>
        <w:t>Once the purchase order has been raised, the item(s) will be ordered and purchased via the club bank out authorised by 1 of 3 signatories – Chairperson, Vice Chair and/ or Treasurer.</w:t>
      </w:r>
    </w:p>
    <w:p>
      <w:r>
        <w:t>The purchase will then be handed over to whomever submitted the formal purchase request.</w:t>
      </w:r>
    </w:p>
    <w:p/>
    <w:p/>
    <w:p/>
    <w:p/>
    <w:p/>
    <w:p/>
    <w:p/>
    <w:p/>
    <w:p/>
    <w:p/>
    <w:p/>
    <w:p/>
    <w:p/>
    <w:p/>
    <w:p/>
    <w:p/>
    <w:p/>
    <w:p/>
    <w:p/>
    <w:p/>
    <w:p/>
    <w:p/>
    <w:p/>
    <w:p/>
    <w:p/>
    <w:p/>
    <w:p/>
    <w:p/>
    <w:p>
      <w:r>
        <w:t>Document History</w:t>
      </w:r>
    </w:p>
    <w:p/>
    <w:p/>
    <w:p/>
    <w:p/>
    <w:p/>
    <w:p/>
    <w:p/>
    <w:p/>
    <w:p/>
    <w:p/>
    <w:p/>
    <w:p/>
    <w:p/>
    <w:p/>
    <w:p/>
    <w:p/>
    <w:p/>
    <w:p/>
    <w:p/>
    <w:p/>
    <w:p/>
    <w:p/>
    <w:p/>
    <w:p/>
    <w:p/>
    <w:p/>
    <w:p/>
    <w:p/>
    <w:p/>
    <w:p/>
    <w:p/>
    <w:p>
      <w:r>
        <w:t>Date discussed:</w:t>
      </w:r>
    </w:p>
    <w:p>
      <w:r>
        <w:t>Outcome:</w:t>
      </w:r>
    </w:p>
    <w:p>
      <w:r>
        <w:t>Purchase Order:</w:t>
      </w:r>
    </w:p>
    <w:p>
      <w:r>
        <w:t xml:space="preserve">Authorised Signatory: </w:t>
      </w:r>
    </w:p>
    <w:p>
      <w:r>
        <w:t>Purchase date:</w:t>
      </w:r>
    </w:p>
    <w:p>
      <w:r>
        <w:t>Delivery:</w:t>
      </w:r>
    </w:p>
    <w:p>
      <w:r>
        <w:t>Received:</w:t>
      </w:r>
    </w:p>
    <w:p>
      <w:r>
        <w:br w:type="page"/>
      </w:r>
    </w:p>
    <w:p/>
    <w:p/>
    <w:p/>
    <w:p/>
    <w:p/>
    <w:p/>
    <w:p/>
    <w:p/>
    <w:p/>
    <w:p/>
    <w:p/>
    <w:p/>
    <w:p/>
    <w:p/>
    <w:p/>
    <w:p/>
    <w:p/>
    <w:p/>
    <w:p/>
    <w:p/>
    <w:p/>
    <w:p/>
    <w:p/>
    <w:p/>
    <w:p/>
    <w:p/>
    <w:p/>
    <w:p/>
    <w:p/>
    <w:p/>
    <w:p/>
    <w:p>
      <w:r>
        <w:t>The aim of this policy is to summarise the steps to be taken should the responsible adult for a club registered player in any age group, delay in their payment of subs to the Liverpool Lions Rugby League Football Club.</w:t>
      </w:r>
    </w:p>
    <w:p/>
    <w:p/>
    <w:p/>
    <w:p>
      <w:r>
        <w:t>All responsible adults should adhere to the monthly payment of £15 per club registered player in any age group.  Should the responsible adult have 3 or more club registered players the monthly sub fee is capped at £30.</w:t>
      </w:r>
    </w:p>
    <w:p>
      <w:r>
        <w:t>All level 2 coaches at the Liverpool Lions Rugby League Football Club will receive a 50% discount on the TOTAL SUM of their subs fee.</w:t>
      </w:r>
    </w:p>
    <w:p>
      <w:r>
        <w:t>All level 1 coaches at the Liverpool Lions Rugby League Football Club will receive a 25% discount on the TOTAL SUM of their subs fee.</w:t>
      </w:r>
    </w:p>
    <w:p/>
    <w:p/>
    <w:p/>
    <w:p>
      <w:r>
        <w:t>3.1 2 Week delay in payment of monthly subs.</w:t>
      </w:r>
    </w:p>
    <w:p>
      <w:r>
        <w:t>All responsible adults should adhere to the monthly payment of subs into the club bank account as provided by the team manager on induction to Liverpool Lions Rugby League Football Club.</w:t>
      </w:r>
    </w:p>
    <w:p>
      <w:r>
        <w:t>Should the treasurer note that subs have not been paid 2 weeks after the agreed date, they will notify the coach and team manager for the respective team.</w:t>
      </w:r>
    </w:p>
    <w:p>
      <w:r>
        <w:t>The coach and or team manager will then address this with the responsible adult via a verbal prompt (Appendix 1).  All measures are to be carried out with care and compassion.</w:t>
      </w:r>
    </w:p>
    <w:p/>
    <w:p>
      <w:r>
        <w:t>3.2 4 Week delay in payment of monthly subs.</w:t>
      </w:r>
    </w:p>
    <w:p>
      <w:r>
        <w:t>All responsible adults should adhere to the monthly payment of subs into the club bank account as provided by the team manager on induction to Liverpool Lions Rugby League Football Club.</w:t>
      </w:r>
    </w:p>
    <w:p>
      <w:r>
        <w:t>Should the treasurer note that subs have not been paid 4 weeks after the agreed date, they will notify the coach and team manager for the respective team.</w:t>
      </w:r>
    </w:p>
    <w:p>
      <w:r>
        <w:t>The coach and or team manager will then address this with the responsible adult via a letter (Appendix 2). All measures are to be carried out with care and compassion.</w:t>
      </w:r>
    </w:p>
    <w:p/>
    <w:p>
      <w:r>
        <w:t>3.3 8 Week delay in payment of monthly subs.</w:t>
      </w:r>
    </w:p>
    <w:p>
      <w:r>
        <w:t>All responsible adults should adhere to the monthly payment of subs into the club bank account as provided by the team manager on induction to Liverpool Lions Rugby League Football Club.</w:t>
      </w:r>
    </w:p>
    <w:p>
      <w:r>
        <w:t>Should the treasurer note that subs have not been paid 8 weeks after the agreed date, they will notify the coach and team manager for the respective team.</w:t>
      </w:r>
    </w:p>
    <w:p>
      <w:r>
        <w:t>The coach and or team manager will then address this with the responsible adult via a letter (Appendix 3). All measures are to be carried out with care and compassion.</w:t>
      </w:r>
    </w:p>
    <w:p>
      <w:r>
        <w:t>At this point the player will no longer be eligible to play in league matches but can still attend all training sessions.</w:t>
      </w:r>
    </w:p>
    <w:p/>
    <w:p>
      <w:r>
        <w:t>3.4 12 Week delay ins payment of monthly subs.</w:t>
      </w:r>
    </w:p>
    <w:p>
      <w:r>
        <w:t>All responsible adults should adhere to the monthly payment of subs into the club bank account as provided by the team manager on induction to Liverpool Lions Rugby League Football Club.</w:t>
      </w:r>
    </w:p>
    <w:p>
      <w:r>
        <w:t>Should the treasurer note that subs have not been paid 12 weeks after the agreed date, they will notify the coach and team manager for the respective team.</w:t>
      </w:r>
    </w:p>
    <w:p>
      <w:r>
        <w:t>The coach and or team manager will then address this with the responsible adult via a letter (Appendix 4). All measures are to be carried out with care and compassion.</w:t>
      </w:r>
    </w:p>
    <w:p>
      <w:r>
        <w:t>At this point the player will no longer be eligible to play in league matches but can still attend 1 training session per week.</w:t>
      </w:r>
    </w:p>
    <w:p/>
    <w:p/>
    <w:p>
      <w:r>
        <w:t>3.5 Club Support for those struggling to pay monthly subs.</w:t>
      </w:r>
    </w:p>
    <w:p>
      <w:r>
        <w:t>All responsible adults should adhere to the monthly payment of subs into the club bank account as provided by the team manager on induction to Liverpool Lions Rugby League Football Club.</w:t>
      </w:r>
    </w:p>
    <w:p>
      <w:r>
        <w:t>Should the treasurer note that subs have not been paid in over 12 weeks after the agreed date, they will notify the coach and team manager for the respective team.</w:t>
      </w:r>
    </w:p>
    <w:p>
      <w:r>
        <w:t xml:space="preserve">The coach and or team manager will then address this with the responsible adult via a letter (Appendix 5). </w:t>
      </w:r>
    </w:p>
    <w:p>
      <w:r>
        <w:t>At this point the player will no longer be eligible to play in league matches or attend training sessions.</w:t>
      </w:r>
    </w:p>
    <w:p>
      <w:r>
        <w:t>At this juncture a frank discussion should be had with the responsible adult regarding Liverpool Lions Rugby League Football Club support fund for those who require financial assistance with monthly subs payment.  This support will be determined on an individual basis and for a defined period as agreed with the voting committee members and in conjunction with the child welfare officer. All measures are to be carried out with care and compassion.</w:t>
      </w:r>
    </w:p>
    <w:p/>
    <w:p/>
    <w:p/>
    <w:p/>
    <w:p/>
    <w:p/>
    <w:p/>
    <w:p/>
    <w:p/>
    <w:p/>
    <w:p/>
    <w:p/>
    <w:p/>
    <w:p/>
    <w:p/>
    <w:p/>
    <w:p/>
    <w:p/>
    <w:p/>
    <w:p/>
    <w:p/>
    <w:p/>
    <w:p/>
    <w:p/>
    <w:p/>
    <w:p/>
    <w:p/>
    <w:p/>
    <w:p>
      <w:r>
        <w:t>Supportive Reminder at 2 weeks of delay in payment of subs</w:t>
      </w:r>
    </w:p>
    <w:p>
      <w:r>
        <w:t>‘Hi ……</w:t>
      </w:r>
    </w:p>
    <w:p>
      <w:r>
        <w:t>It’s been highlighted that you are 2 weeks paying your monthly subs, is everything ok? IS there anything the club can do to support you?</w:t>
      </w:r>
    </w:p>
    <w:p>
      <w:r>
        <w:t>If you kindly ensure your subs are paid in the next 2 week, we would be grateful.’</w:t>
      </w:r>
    </w:p>
    <w:p/>
    <w:p/>
    <w:p/>
    <w:p/>
    <w:p/>
    <w:p/>
    <w:p/>
    <w:p/>
    <w:p/>
    <w:p/>
    <w:p/>
    <w:p/>
    <w:p/>
    <w:p/>
    <w:p/>
    <w:p/>
    <w:p/>
    <w:p/>
    <w:p/>
    <w:p/>
    <w:p/>
    <w:p/>
    <w:p>
      <w:r>
        <w:t xml:space="preserve"> </w:t>
      </w:r>
    </w:p>
    <w:p/>
    <w:p>
      <w:r>
        <w:t xml:space="preserve">                                                                                                                                           </w:t>
      </w:r>
    </w:p>
    <w:p>
      <w:r>
        <w:t>Date</w:t>
      </w:r>
    </w:p>
    <w:p/>
    <w:p>
      <w:r>
        <w:t>Dear …………….</w:t>
      </w:r>
    </w:p>
    <w:p>
      <w:r>
        <w:t>We spoke to you on ……… regarding you being late in the payment of your monthly subs.  Unfortunately, we have not received any payment, and they are now 4 weeks overdue.</w:t>
      </w:r>
    </w:p>
    <w:p>
      <w:r>
        <w:t>Could you please act and bring your subs payment up to date as soon as possible.</w:t>
      </w:r>
    </w:p>
    <w:p>
      <w:r>
        <w:t>If you are experiencing financial difficulty, the club has a support fund available.  This support is agreed on an individual basis and for a defined period as agreed for the committee.</w:t>
      </w:r>
    </w:p>
    <w:p>
      <w:r>
        <w:t>As a club we are committed to ensuring all children and young people have access to sports for both their physical and mental wellbeing.</w:t>
      </w:r>
    </w:p>
    <w:p/>
    <w:p>
      <w:r>
        <w:t xml:space="preserve">Yours Sincerely </w:t>
      </w:r>
    </w:p>
    <w:p>
      <w:r>
        <w:t>Helen Privett -Cook</w:t>
      </w:r>
    </w:p>
    <w:p>
      <w:r>
        <w:t>Chairperson Liverpool Lions Rugby League Football Club</w:t>
      </w:r>
    </w:p>
    <w:p/>
    <w:p/>
    <w:p/>
    <w:p/>
    <w:p/>
    <w:p>
      <w:r>
        <w:tab/>
      </w:r>
    </w:p>
    <w:p/>
    <w:p/>
    <w:p/>
    <w:p>
      <w:r>
        <w:t xml:space="preserve"> </w:t>
      </w:r>
    </w:p>
    <w:p/>
    <w:p>
      <w:r>
        <w:t xml:space="preserve">                                                                                                                                           </w:t>
      </w:r>
    </w:p>
    <w:p>
      <w:r>
        <w:t>Date</w:t>
      </w:r>
    </w:p>
    <w:p/>
    <w:p>
      <w:r>
        <w:t>Dear …………….</w:t>
      </w:r>
    </w:p>
    <w:p>
      <w:r>
        <w:t>We spoke to you on ……… regarding you being late in the payment of your monthly subs.  Unfortunately, we have not received any payment, and they are now 8 weeks overdue.</w:t>
      </w:r>
    </w:p>
    <w:p>
      <w:r>
        <w:t>Could you please act and bring your subs payment up to date as soon as possible.</w:t>
      </w:r>
    </w:p>
    <w:p>
      <w:r>
        <w:t>If you are experiencing financial difficulty, the club has a support fund available.  This support is agreed on an individual basis and for a defined period as agreed for the committee.</w:t>
      </w:r>
    </w:p>
    <w:p>
      <w:r>
        <w:t>However inline with club policy your player will no longer be eligible to play league matches until the arrears are cleared.</w:t>
      </w:r>
    </w:p>
    <w:p>
      <w:r>
        <w:t>As a club we are committed to ensuring all children and young people have access to sports for both their physical and mental wellbeing.  We do not take this step likely and would like to work with you to rectify the situation as soon as possible.</w:t>
      </w:r>
    </w:p>
    <w:p/>
    <w:p>
      <w:r>
        <w:t xml:space="preserve">Yours Sincerely </w:t>
      </w:r>
    </w:p>
    <w:p>
      <w:r>
        <w:t>Helen Privett -Cook</w:t>
      </w:r>
    </w:p>
    <w:p>
      <w:r>
        <w:t>Chairperson Liverpool Lions Rugby League Football Club</w:t>
      </w:r>
    </w:p>
    <w:p/>
    <w:p/>
    <w:p/>
    <w:p/>
    <w:p/>
    <w:p/>
    <w:p>
      <w:r>
        <w:t xml:space="preserve"> </w:t>
      </w:r>
    </w:p>
    <w:p/>
    <w:p>
      <w:r>
        <w:t xml:space="preserve">                                                                                                                                           </w:t>
      </w:r>
    </w:p>
    <w:p>
      <w:r>
        <w:t>Date</w:t>
      </w:r>
    </w:p>
    <w:p/>
    <w:p>
      <w:r>
        <w:t>Dear …………….</w:t>
      </w:r>
    </w:p>
    <w:p>
      <w:r>
        <w:t>We spoke to you on ……… regarding you being late in the payment of your monthly subs and sent a letter dated……  Unfortunately, we have not received any payment, and they are now 12 weeks overdue.</w:t>
      </w:r>
    </w:p>
    <w:p>
      <w:r>
        <w:t>Could you please act and bring your subs payment up to date as soon as possible.</w:t>
      </w:r>
    </w:p>
    <w:p>
      <w:r>
        <w:t>If you are experiencing financial difficulty, the club has a support fund available.  This support is agreed on an individual basis and for a defined period as agreed for the committee.</w:t>
      </w:r>
    </w:p>
    <w:p>
      <w:r>
        <w:t>However inline with club policy your player will no longer be eligible to play league matches and can attend only 1 training session per week until the arrears are cleared.</w:t>
      </w:r>
    </w:p>
    <w:p>
      <w:r>
        <w:t>As a club we are committed to ensuring all children and young people have access to sports for both their physical and mental wellbeing.  We do not take this step likely and would like to work with you to rectify the situation as soon as possible.</w:t>
      </w:r>
    </w:p>
    <w:p/>
    <w:p>
      <w:r>
        <w:t xml:space="preserve">Yours Sincerely </w:t>
      </w:r>
    </w:p>
    <w:p>
      <w:r>
        <w:t>Helen Privett -Cook</w:t>
      </w:r>
    </w:p>
    <w:p>
      <w:r>
        <w:t>Chairperson Liverpool Lions Rugby League Football Club</w:t>
      </w:r>
    </w:p>
    <w:p/>
    <w:p/>
    <w:p>
      <w:r>
        <w:tab/>
      </w:r>
    </w:p>
    <w:p>
      <w:r>
        <w:br/>
      </w:r>
    </w:p>
    <w:p/>
    <w:p>
      <w:r>
        <w:t>Date</w:t>
      </w:r>
    </w:p>
    <w:p/>
    <w:p>
      <w:r>
        <w:t>Dear …………….</w:t>
      </w:r>
    </w:p>
    <w:p>
      <w:r>
        <w:t>We spoke to you on ……… regarding you being late in the payment of your monthly subs and sent a further 2 letters dated …… and …….</w:t>
      </w:r>
    </w:p>
    <w:p>
      <w:r>
        <w:t>Despite our best efforts to support you in this matter your subs payment remains outstanding.</w:t>
      </w:r>
    </w:p>
    <w:p>
      <w:r>
        <w:t>Therefore, inline with club policy your player will no longer be eligible to play league matches or attend ANY training sessions.</w:t>
      </w:r>
    </w:p>
    <w:p>
      <w:r>
        <w:t>If you are experiencing financial difficulty, the club has a support fund available.  This support is agreed on an individual basis and for a defined period as agreed for the committee.</w:t>
      </w:r>
    </w:p>
    <w:p>
      <w:r>
        <w:t>As a club we are committed to ensuring all children and young people have access to sports for both their physical and mental wellbeing.  We do not take this step likely and would like to work with you to rectify the situation as soon as possible.</w:t>
      </w:r>
    </w:p>
    <w:p/>
    <w:p>
      <w:r>
        <w:t xml:space="preserve">Yours Sincerely </w:t>
      </w:r>
    </w:p>
    <w:p>
      <w:r>
        <w:t>Helen Privett -Cook</w:t>
      </w:r>
    </w:p>
    <w:p>
      <w:r>
        <w:t>Chairperson Liverpool Lions Rugby League Football Club</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